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Declarație Nutrițională</w:t>
      </w:r>
    </w:p>
    <w:p>
      <w:pPr>
        <w:jc w:val="center"/>
      </w:pPr>
      <w:r>
        <w:rPr>
          <w:b/>
          <w:sz w:val="28"/>
        </w:rPr>
        <w:t>Pensiunea &amp; Restaurant Casa Soarelui</w:t>
        <w:br/>
      </w:r>
      <w:r>
        <w:rPr>
          <w:i/>
        </w:rPr>
        <w:t>Conform Regulamentului UE 1169/2011 și legislației ANPC</w:t>
      </w:r>
    </w:p>
    <w:p/>
    <w:p>
      <w:r>
        <w:rPr>
          <w:b/>
        </w:rPr>
        <w:t xml:space="preserve">Operator economic: </w:t>
      </w:r>
      <w:r>
        <w:t>IAMARIS MAIRA SRL</w:t>
      </w:r>
    </w:p>
    <w:p>
      <w:r>
        <w:rPr>
          <w:b/>
        </w:rPr>
        <w:t xml:space="preserve">CUI: </w:t>
      </w:r>
      <w:r>
        <w:t>RO 43239924</w:t>
      </w:r>
    </w:p>
    <w:p>
      <w:r>
        <w:rPr>
          <w:b/>
        </w:rPr>
        <w:t xml:space="preserve">Adresă: </w:t>
      </w:r>
      <w:r>
        <w:t>Calea Craiovei nr. 263, Erghevița, jud. Mehedinți</w:t>
      </w:r>
    </w:p>
    <w:p>
      <w:r>
        <w:rPr>
          <w:b/>
        </w:rPr>
        <w:t xml:space="preserve">Telefon: </w:t>
      </w:r>
      <w:r>
        <w:t>0786 592 640</w:t>
      </w:r>
    </w:p>
    <w:p>
      <w:r>
        <w:rPr>
          <w:b/>
        </w:rPr>
        <w:t xml:space="preserve">E-mail: </w:t>
      </w:r>
      <w:r>
        <w:t>contact@pensiuneacasasoarelui.ro</w:t>
      </w:r>
    </w:p>
    <w:p>
      <w:r>
        <w:rPr>
          <w:b/>
        </w:rPr>
        <w:t xml:space="preserve">Data emiterii: </w:t>
      </w:r>
      <w:r>
        <w:t>27.06.2026</w:t>
      </w:r>
    </w:p>
    <w:p/>
    <w:p>
      <w:pPr>
        <w:pStyle w:val="Heading1"/>
      </w:pPr>
      <w:r>
        <w:t>Mic Dejun (5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OuÄ ochiuri (2 buc.)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OuÄ 2 buc.,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261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17.9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OmletÄ simplÄ (3 ouÄ)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OuÄ 3 buc.,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368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28.1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26.9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OmletÄ cu brÃ¢nzÄ (3 ouÄ)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OuÄ 3 buc., brÃ¢nzÄ 50g,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244g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519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36.7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lactozÄ,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MÄmÄligÄ cu brÃ¢nzÄ Èi smÃ¢ntÃ¢nÄ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MÄlai 50g, brÃ¢nzÄ 50g, smÃ¢ntÃ¢nÄ 100g,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513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MÄmÄligÄ tradiÈionalÄ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MÄlai 100g, sare 50g,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362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 Lei</w:t>
            </w:r>
          </w:p>
        </w:tc>
      </w:tr>
    </w:tbl>
    <w:p/>
    <w:p>
      <w:pPr>
        <w:pStyle w:val="Heading1"/>
      </w:pPr>
      <w:r>
        <w:t>Ciorbe (5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CiorbÄ de burtÄ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BurtÄ 100g, smÃ¢ntÃ¢nÄ 50g, amidon 100g, ceapÄ 15g, morcovi 15g, ÈelinÄ 10g, ardei gras 20g, ou, usturoi 10g, ulei, sare, condimente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541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87.8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11.58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lactozÄ, ÈelinÄ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CiorbÄ de periÈoare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Spata fÄrÄ os 50g, cartofi 100g, amidon 100g, ceapÄ 15g, morcovi 15g, ÈelinÄ 10g, ardei gras 20g, roÈii 15g, ou, ulei, sare, condimente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489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96.1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ÈelinÄ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Ciorba zilei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Cartofi 100g, amidon 100g, ceapÄ 15g, morcovi 15g, ÈelinÄ 15g, ardei gras 20g, roÈii 15g, pÄtrunjel, ulei, sare, condimente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438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ÈelinÄ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CiorbÄ de fasole cu afumÄturÄ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Fasole 100g, coaste afumate 60g, cartofi, ceapÄ 15g, morcovi 15g, ÈelinÄ 15g, ardei gras 20g, roÈii 15g, amidon 100g, ulei, sare, condimente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580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97.6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12.34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ÈelinÄ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CiorbÄ de fasole (de post)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Fasole 100g, cartofi, ceapÄ 15g, morcovi 15g, ÈelinÄ 15g, ardei gras 20g, roÈii 15g, amidon 100g, ulei, sare, condimente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112.8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13.09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ÈelinÄ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 Lei</w:t>
            </w:r>
          </w:p>
        </w:tc>
      </w:tr>
    </w:tbl>
    <w:p/>
    <w:p>
      <w:pPr>
        <w:pStyle w:val="Heading1"/>
      </w:pPr>
      <w:r>
        <w:t>Salate (5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SalatÄ asortatÄ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RoÈii 90g, castraveÈi 90g, ceapÄ 20g, ulei de floarea soarelui 20ml, oÈet 5ml,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228g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SalatÄ de varzÄ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VarzÄ albÄ 200g, ulei de floarea soarelui 10ml, oÈet 5ml,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219g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SalatÄ de ardei capia copt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Ardei copÈi 200g, ulei de floarea soarelui 10ml, oÈet 5ml,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219g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SalatÄ de sfeclÄ roÈie cu hrean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SfeclÄ roÈie 200g, hrean 20g, ulei de floarea soarelui 10ml, oÈet 5ml,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239g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SalatÄ de murÄturi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SfeclÄ roÈie, ÈelinÄ, morcovi, castraveÈi, conopidÄ, gogonele, varzÄ albÄ, gogoÈari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ÈelinÄ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 Lei</w:t>
            </w:r>
          </w:p>
        </w:tc>
      </w:tr>
    </w:tbl>
    <w:p/>
    <w:p>
      <w:pPr>
        <w:pStyle w:val="Heading1"/>
      </w:pPr>
      <w:r>
        <w:t>Fel Principal (14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Mici la grÄtar (3 buc.)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Mici* 150g, muÈtar 18g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56g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muÈtar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Cotlet de porc la grÄtar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Cotlet de porc 170g,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479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29.2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CeafÄ de porc la grÄtar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CeafÄ de porc 170g,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607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47.9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41.1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Piept de pui la grÄtar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Piept de pui 170g, ulei de floarea soarelui 100ml,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267g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577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37.1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Pulpe de pui dezosate la grÄtar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Pulpe pui dezosate 150g, ulei de floarea soarelui 50ml,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201g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479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42.9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VesaÄ¾niÈa (cotlet cu usturoi)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Cotlet de porc 200g, ulei de floarea soarelui 50ml, sare 5g, usturoi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251g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667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59.4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24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CÃ¢rnaÈi semiafumaÈi la grÄtar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CÃ¢rnaÈi olteneÈti 200g, muÈtar 30g, ulei de floarea soarelui 100ml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322g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1060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99.9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36.7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7.43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muÈtar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ÈniÈel de pui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ÈniÈel pui* 200g, ulei de floarea soarelui 100ml,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297g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974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78.2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27.6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PlescaviÈa la grÄtar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Carne plescaviÈÄ 180g,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542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42.6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39.6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muÈtar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FicÄÈei de pui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Ficat pasÄre 250g,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264g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389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48.9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Coaste de porc Barbeque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Coaste afumate 250g, ulei de floarea soarelui 50ml,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301g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1014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83.9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PÄstrÄv la grÄtar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PÄstrÄv 230g, lÄmÃ¢ie 25g, ulei de floarea soarelui 100ml,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352g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798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peÈte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26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Calamari pane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Inele calamari* 200g,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moluÈte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24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Pui Crispy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Piept de pui crispy* 200g, ulei de floarea soarelui 50ml,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251g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740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51.7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27.6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24 Lei</w:t>
            </w:r>
          </w:p>
        </w:tc>
      </w:tr>
    </w:tbl>
    <w:p/>
    <w:p>
      <w:pPr>
        <w:pStyle w:val="Heading1"/>
      </w:pPr>
      <w:r>
        <w:t>Platouri (2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Platou ÈÄrÄnesc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CÃ¢rnaÈi olteneÈti 200g, ceafÄ de porc 150g, mici* 250g, cartofi 600g, carne plescaviÈÄ 380g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1608g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3700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261.4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124.1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212.3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29.54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muÈtar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Platou Mix Grill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Cotlet de porc 150g, piept de pui 150g, ceafÄ de porc 150g, cartofi 300g, mici* 250g, cÃ¢rnaÈi olteneÈti 200g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1266g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3111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215.6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63.8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217.8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34.59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muÈtar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90 Lei</w:t>
            </w:r>
          </w:p>
        </w:tc>
      </w:tr>
    </w:tbl>
    <w:p/>
    <w:p>
      <w:pPr>
        <w:pStyle w:val="Heading1"/>
      </w:pPr>
      <w:r>
        <w:t>Garnituri (6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Cartofi prÄjiÈi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Cartofi 300g, ulei de floarea soarelui 100ml,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397g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733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53.2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58.6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Cartofi natur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Cartofi 300g,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314g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235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Cartofi cu brÃ¢nzÄ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Cartofi 300g, brÃ¢nzÄ 100g, ulei de floarea soarelui 100ml,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497g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1037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77.4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62.1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26.4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Piure de cartofi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Cartofi 500g, lapte 100ml, margarinÄ 10g,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627g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523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Legume sote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Amestec mexican 200g (porumb, fasole verde, mazÄre, morcov),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GogoÈari cu conopidÄ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GogoÈari 100g, conopidÄ 100g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</w:tbl>
    <w:p/>
    <w:p>
      <w:pPr>
        <w:pStyle w:val="Heading1"/>
      </w:pPr>
      <w:r>
        <w:t>Brânzeturi (3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BrÃ¢nzÄ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BrÃ¢nzÄ 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SmÃ¢ntÃ¢nÄ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SmÃ¢ntÃ¢nÄ 100g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CaÈcaval pane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CaÈcaval pane* 100g, ulei de floarea soarelui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146g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567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1.72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 Lei</w:t>
            </w:r>
          </w:p>
        </w:tc>
      </w:tr>
    </w:tbl>
    <w:p/>
    <w:p>
      <w:pPr>
        <w:pStyle w:val="Heading1"/>
      </w:pPr>
      <w:r>
        <w:t>Sosuri (6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Mujdei de usturoi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Usturoi 100g, ulei de floarea soarelui 5ml,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MaionezÄ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MaionezÄ 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340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0.75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muÈtar,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Ketchup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Ketchup 100g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LÄmÃ¢ie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LÄmÃ¢ie 100g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Ardei iute (porÈie)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Ardei iute 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Ciuperci sote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Ciuperci 160g, usturoi 10g, ulei de floarea soarelui 10ml, sare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184g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5.75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</w:tbl>
    <w:p/>
    <w:p>
      <w:pPr>
        <w:pStyle w:val="Heading1"/>
      </w:pPr>
      <w:r>
        <w:t>Pâine (2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PÃ¢ine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PÃ¢ine proaspÄtÄ 250g (felie)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662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PÃ¢ine prÄjitÄ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PÃ¢ine 250g prÄjitÄ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662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 Lei</w:t>
            </w:r>
          </w:p>
        </w:tc>
      </w:tr>
    </w:tbl>
    <w:p/>
    <w:p>
      <w:pPr>
        <w:pStyle w:val="Heading1"/>
      </w:pPr>
      <w:r>
        <w:t>Desert (4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Papanasi cu smÃ¢ntÃ¢nÄ Èi dulceaÈÄ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Papanasi* 2 buc. (100g), smÃ¢ntÃ¢nÄ 50g, dulceaÈÄ viÈine 30g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ClÄtite cu Finetti Èi fructe de pÄdure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FÄinÄ 100g, lapte 100ml, ou 1 buc., Finetti 100g, topping fructe de pÄdure 20g, zahÄr 10g, esenÈÄ 1 buc.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1352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49.8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190.6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30.1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2.74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lactozÄ, fructe cu coajÄ lemnoasÄ, ou, soia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ClÄtite cu dulceaÈÄ de viÈine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FÄinÄ 100g, lapte 100ml, ou 1 buc., gem viÈine 100g, topping fructe de pÄdure 20g, zahÄr 10g, esenÈÄ 1 buc.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405g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1053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202.1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24.8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2.63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gluten, lactozÄ,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ClÄtite americane cu cremÄ de vanilie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ClÄtite americane* 90g, ou 1 buc., lapte 100ml, cremÄ de vanilie 30g, topping fructe de pÄdure 20g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235g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413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46.2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2.66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lactozÄ, ou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 Lei</w:t>
            </w:r>
          </w:p>
        </w:tc>
      </w:tr>
    </w:tbl>
    <w:p/>
    <w:p>
      <w:pPr>
        <w:pStyle w:val="Heading1"/>
      </w:pPr>
      <w:r>
        <w:t>Cafea și Băuturi Calde (5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Espresso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Cafea mÄcinatÄ 7g,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Cappuccino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Espresso 50ml, lapte 50ml, spumÄ lapte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Cafea cu lapte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Espresso 50ml, lapte 100ml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CiocolatÄ caldÄ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Lapte 100ml, cacao 10g, zahÄr 5g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Ceai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PliculeÈ ceai, apÄ 200ml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 Lei</w:t>
            </w:r>
          </w:p>
        </w:tc>
      </w:tr>
    </w:tbl>
    <w:p/>
    <w:p>
      <w:pPr>
        <w:pStyle w:val="Heading1"/>
      </w:pPr>
      <w:r>
        <w:t>Răcoritoare (14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Coca-Cola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carbogazoasÄ, zahÄr (10.6g/100ml), colorant caramel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Fanta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carbogazoasÄ, zahÄr (11g/100ml), arome, acid citric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Sprite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carbogazoasÄ, zahÄr (9.5g/100ml), arome de lÄmÃ¢ie Èi lime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Schweppes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carbogazoasÄ, zahÄr (9g/100ml), chininÄ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Bitter lemon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carbogazoasÄ, zahÄr (8.5g/100ml), chininÄ, suc lÄmÃ¢ie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170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Cappy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Suc de fructe (portocale/piersici), zahÄr (4.5g/100ml)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Fuzetea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Infuzie de ceai (4g/100ml), zahÄr (4g/100ml), suc lÄmÃ¢ie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Nestea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zahÄr (4.4g/100ml), extract de ceai negru, suc lÄmÃ¢ie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Red Bull 0.25l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carbogazoasÄ, zahÄr (11g/100ml), cafeinÄ, taurinÄ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ApÄ platÄ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ApÄ mineralÄ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mineralÄ naturalÄ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ApÄ mineralÄ 1.5l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mineralÄ naturalÄ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ApÄ platÄ Aqua Carpatica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platÄ naturalÄ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ApÄ mineralÄ Aqua Carpatica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 mineralÄ naturalÄ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</w:tbl>
    <w:p/>
    <w:p>
      <w:pPr>
        <w:pStyle w:val="Heading1"/>
      </w:pPr>
      <w:r>
        <w:t>Bere (15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Bergenbier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hamei, drojdie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Beck's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Stella Artois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 (Saaz), drojdie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Staropramen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Bergenbier fÄrÄ alcool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hamei, alcool Ã®ndepÄrtat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Bergenbier Lemon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suc lÄmÃ¢ie (3%), hamei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190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Cidru Stella Artois 0.5l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Suc de mere, apÄ, drojdie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Corona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hamei, drojdie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355ml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Strongbow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Suc de mere, apÄ, Ã®ndulcitori, suc lÄmÃ¢ie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Beck's 0.33l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Bergenbier Fresh 0.33l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suc lÄmÃ¢ie (5%), hamei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9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Praha 0.33l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 (Saaz Èi Å½atec)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Stella Artois 0.33l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 (Saaz), drojdie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11.9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Stella fÄrÄ alcool 0.33l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59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Wet 0.33l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ApÄ, malÈ de orz, hamei, drojdie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330ml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gluten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</w:tbl>
    <w:p/>
    <w:p>
      <w:pPr>
        <w:pStyle w:val="Heading1"/>
      </w:pPr>
      <w:r>
        <w:t>Whisky (2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J&amp;B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Whisky scoÈian blended (40%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Jack Daniel's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Whisky Tennessee (40% alcool), apÄ, filtrat prin cÄrbune de arÈar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 Lei</w:t>
            </w:r>
          </w:p>
        </w:tc>
      </w:tr>
    </w:tbl>
    <w:p/>
    <w:p>
      <w:pPr>
        <w:pStyle w:val="Heading1"/>
      </w:pPr>
      <w:r>
        <w:t>Vodka (2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Stalinskaya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VodcÄ (40%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Absolut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VodcÄ suedezÄ (40%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 Lei</w:t>
            </w:r>
          </w:p>
        </w:tc>
      </w:tr>
    </w:tbl>
    <w:p/>
    <w:p>
      <w:pPr>
        <w:pStyle w:val="Heading1"/>
      </w:pPr>
      <w:r>
        <w:t>Brandy &amp; Vinars (6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Unirea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Brandy romÃ¢nesc (36%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Cavadoro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Brandy (38%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0.4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Alexandrion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Brandy (40%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Zarea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Brandy romÃ¢nesc (40%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Vechea RomÃ¢nÄ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Brandy romÃ¢nesc (40% alcool), apÄ, caramel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Jidvei Vinars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Vinars (40%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16 Lei</w:t>
            </w:r>
          </w:p>
        </w:tc>
      </w:tr>
    </w:tbl>
    <w:p/>
    <w:p>
      <w:pPr>
        <w:pStyle w:val="Heading1"/>
      </w:pPr>
      <w:r>
        <w:t>Rom &amp; Gin (2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Rom Havana Special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Rom cubanez (40% alcool), apÄ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Gin Wembley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Gin (37.5% alcool), apÄ, ienupÄr, coajÄ citrice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 Lei</w:t>
            </w:r>
          </w:p>
        </w:tc>
      </w:tr>
    </w:tbl>
    <w:p/>
    <w:p>
      <w:pPr>
        <w:pStyle w:val="Heading1"/>
      </w:pPr>
      <w:r>
        <w:t>Lichior (3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Angeli 50ml (cherry, afine)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Lichior (20% alcool), zahÄr, suc cireÈe/afine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130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Jagermeister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Lichior german (35% alcool), 56 plante Èi ierburi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12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Sheridan's 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Lichior dublu (15% alcool), ciocolatÄ, cafea, cremÄ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0.03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lactozÄ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14 Lei</w:t>
            </w:r>
          </w:p>
        </w:tc>
      </w:tr>
    </w:tbl>
    <w:p/>
    <w:p>
      <w:pPr>
        <w:pStyle w:val="Heading1"/>
      </w:pPr>
      <w:r>
        <w:t>Vinuri Albe (4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Jidvei Dry Muscat 0.75l (demisec)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Muscat,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Jidvei Riesling 0.75l (sec)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Riesling,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600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Jidvei FeteascÄ RegalÄ 0.75l (demisec)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FeteascÄ RegalÄ,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585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Grasa de Cotnari 0.75l (demidulce)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GrasÄ de Cotnari,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675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 Lei</w:t>
            </w:r>
          </w:p>
        </w:tc>
      </w:tr>
    </w:tbl>
    <w:p/>
    <w:p>
      <w:pPr>
        <w:pStyle w:val="Heading1"/>
      </w:pPr>
      <w:r>
        <w:t>Vinuri Rose (2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Beciul Domnesc Rose 0.75l (demisec)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roÈii,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585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SÃ¢mburel de Olt Rose 0.75l (demisec)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roÈii,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585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18.8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 Lei</w:t>
            </w:r>
          </w:p>
        </w:tc>
      </w:tr>
    </w:tbl>
    <w:p/>
    <w:p>
      <w:pPr>
        <w:pStyle w:val="Heading1"/>
      </w:pPr>
      <w:r>
        <w:t>Vinuri Roșii (2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Beciul Domnesc Merlot 0.75l (demisec)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Merlot,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Beciul Domnesc Cabernet Sauvignon 0.75l (sec)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Struguri Cabernet Sauvignon,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615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0.8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45 Lei</w:t>
            </w:r>
          </w:p>
        </w:tc>
      </w:tr>
    </w:tbl>
    <w:p/>
    <w:p>
      <w:pPr>
        <w:pStyle w:val="Heading1"/>
      </w:pPr>
      <w:r>
        <w:t>Vinul Casei (4 produse)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r>
              <w:rPr>
                <w:b/>
                <w:sz w:val="18"/>
              </w:rPr>
              <w:t>Produs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Ingrediente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Porție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kcal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Grăsimi(g)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AGS(g)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Glucide(g)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Zaharuri(g)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Proteine(g)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Sare(g)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Alergeni</w:t>
            </w:r>
          </w:p>
        </w:tc>
        <w:tc>
          <w:tcPr>
            <w:tcW w:type="dxa" w:w="720"/>
          </w:tcPr>
          <w:p>
            <w:r>
              <w:rPr>
                <w:b/>
                <w:sz w:val="18"/>
              </w:rPr>
              <w:t>Preț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Vinul casei 250ml (Alb)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Vin alb,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250ml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0.2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7.50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Vinul casei 500ml (Alb 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Vin alb demisec,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410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0.5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15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Vinul casei 1l (Rose 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Vin rose demisec,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780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30 Lei</w:t>
            </w:r>
          </w:p>
        </w:tc>
      </w:tr>
      <w:tr>
        <w:tc>
          <w:tcPr>
            <w:tcW w:type="dxa" w:w="720"/>
          </w:tcPr>
          <w:p>
            <w:r>
              <w:rPr>
                <w:sz w:val="16"/>
              </w:rPr>
              <w:t>Vinul casei 1l (RoÈu demisec)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Vin roÈu demisec, drojdie,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1000ml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820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0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ConÈine: sulfiÈi</w:t>
            </w:r>
          </w:p>
        </w:tc>
        <w:tc>
          <w:tcPr>
            <w:tcW w:type="dxa" w:w="720"/>
          </w:tcPr>
          <w:p>
            <w:r>
              <w:rPr>
                <w:sz w:val="16"/>
              </w:rPr>
              <w:t>30 Lei</w:t>
            </w:r>
          </w:p>
        </w:tc>
      </w:tr>
    </w:tbl>
    <w:p/>
    <w:p/>
    <w:p>
      <w:pPr>
        <w:jc w:val="center"/>
      </w:pPr>
      <w:r>
        <w:rPr>
          <w:i/>
          <w:sz w:val="18"/>
        </w:rPr>
        <w:t>Document generat la data de 27.06.2026 | Conform Regulamentului UE 1169/2011</w:t>
      </w:r>
    </w:p>
    <w:p>
      <w:pPr>
        <w:jc w:val="center"/>
      </w:pPr>
      <w:r>
        <w:rPr>
          <w:i/>
          <w:sz w:val="18"/>
        </w:rPr>
        <w:t>Toate valorile nutriționale sunt calculate pentru porția indicată.</w:t>
      </w:r>
    </w:p>
    <w:p>
      <w:pPr>
        <w:jc w:val="center"/>
      </w:pPr>
      <w:r>
        <w:rPr>
          <w:b/>
          <w:sz w:val="20"/>
        </w:rPr>
        <w:t>© IAMARIS MAIRA SRL - Pensiunea &amp; Restaurant Casa Soarelui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